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עולם הכסף והבנקאות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מדוע כסף נחשב לבעל ערך ומהי מוסכמה חברתית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השינויים באמצעי התשלום לאורך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כיצד ביקוש והיצע קובעים מחירים, ומהו שוק לא תחרותי ומהו כוח הקנייה של הכסף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כולם מסכימים לקבל אותו בתמורה למוצרים ושירותים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בחליפין צריך למצוא מישהו שרוצה בדיוק את מה שיש 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תשלום באמצעות הטלפון הנייד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המחיר 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שוק שבו מוכר אחד או מעטים שולטים במחיר ללא תחרות אמיתית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ערך הכסף היום מבוסס על אמון והסכמה חברתית, לא בהכרח על זהב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אין מתחרים שמגבילים את כוחו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מחסור מול רצון רב להשיג מוביל להתייקרות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כשהמחירים עולים, אותו סכום כסף קונה פחות - כוח הקנייה יורד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אמצעי התשלום התפתחו עם הזמן ממזומן לדיגיטלי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מוסכמה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חליפין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מונופוליסטי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(החלפת מוצר במוצר ללא כסף)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(הכמות שהצרכנים רוצים לקנות במחיר מסוים)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(הכמות שהיצרנים מוכנים למכור במחיר מסוים)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(שוק שבו יצרן אחד שולט כמעט לחלוטין)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(כמות המוצרים שניתן לקנות בסכום כסף נתון)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התפתחות אמצעי התשלום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חליפין - החלפת סחורה בסחורה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מטבעות ושטרות - מזומן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כרטיסי אשראי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תשלום באמצעות הטלפון הנייד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והבעת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מסביר שכאשר המחירים עולים, אותו סכום כסף קונה פחות מוצרים, ומביא דוגמה קונקרטית מחיי היומיום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יתרונות: נוחות, מהירות, אין צורך לשאת מזומן. חסרונות: תלות בטכנולוגיה וסוללה, חשש לפרטיות או אבטחה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להסביר שהערך מבוסס על הסכמה חברתית ואמון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לציין שהמחיר נוטה לעלות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להסביר שבהעדר תחרות, יצרן אחד יכול לקבוע מחירים גבוהים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קצר: מה היה קורה אם מחר כולם יפסיקו להאמין שהכסף שווה משהו?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להשתמש בדוגמאות מהיי היומיום של התלמידים (קניות באפליקציה, מחירי חטיפים) כדי להמחיש ביקוש והיצע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השוואה אישית בין מזומן לתשלום דיגיטלי מניסיון התלמידים עצמם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עולם הכסף והבנקאות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נלמד למה כסף שווה משהו, איך משלמים היום, ואיך נקבע מחיר של דברים בחנות.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מוסכמה חברתית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הסכמה משותפת של אנשים שמשהו שווה ערך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חליפין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החלפת מוצר במוצר בלי כסף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ביקוש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אנשים רוצים לקנות מוצר במחיר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היצע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מוצר יש בשוק למכירה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מונופול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שבו יצרן אחד שולט כמעט לגמרי בשוק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שוק לא תחרותי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שוק שבו אין תחרות אמיתית בין מוכרים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כוח קנייה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כמות המוצרים שאפשר לקנות בסכום כסף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אינפלציה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עליית מחירים כללית במשק לאורך זמן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כסף שווה משהו?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יש בשטר מתכת יקרה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כולם מסכימים לקבל אותו בתמורה למוצרים ושירותים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המדינה מכריחה לקבל אותו בכל מקרה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אפשר להמיר אותו בזהב בכל רגע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שונה בין חליפין לכסף?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בחליפין צריך למצוא מישהו שרוצה בדיוק את מה שיש 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בחליפין משתמשים בכרטיס אשראי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בכסף אי אפשר לקנות מזון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הבדל, שתי השיטות זהות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אמצעי תשלום חדש?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שטר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תשלום באמצעות הטלפון הנייד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חליפין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למחיר כשרוצים יותר מוצר?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המחיר יורד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המחיר 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המחיר נשאר זהה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המוצר נעלם מהשוק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זה שוק בלי תחרות?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שוק שבו יש הרבה מוכרים שמתחרים במחיר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שוק שבו מוכר אחד או מעטים שולטים במחיר ללא תחרות אמיתית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שוק שבו אין קונים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שוק שבו המחירים תמיד נמוכים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כסף שווה ערך רק אם יש לו גיבוי בזהב ממש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כאשר יש מונופול בשוק, היצרן היחיד יכול להשפיע משמעותית על המחיר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ביקוש גבוה והיצע נמוך גורמים בדרך כלל לעליית מחירים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כוח הקנייה של הכסף נשאר קבוע גם כשהמחירים עולים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תשלום באמצעות הטלפון הוא התפתחות מאוחרת יותר מהמזומן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כסף נחשב לבעל ערך כי יש __________ חברתית שהוא שווה משהו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לפני המצאת הכסף, אנשים השתמשו בשיטת ה__________ כדי להחליף מוצרים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כאשר הכמות המבוקשת ממוצר גדלה וההיצע לא משתנה, המחיר בדרך כלל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שוק שבו שחקן אחד שולט כמעט לגמרי נקרא שוק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היכולת לקנות מוצרים ושירותים בכסף מסוים נקראת __________ הקנייה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חליפין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הכמות שהצרכנים רוצים לקנות במחיר מסוים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ביקוש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כמות המוצרים שניתן לקנות בסכום כסף נתון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היצע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שוק שבו יצרן אחד שולט כמעט לחלוטין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מונופול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הכמות שהיצרנים מוכנים למכור במחיר מסוים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כוח קנייה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החלפת מוצר במוצר ללא כסף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התפתחות אמצעי התשלום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מטבעות ושטרות - מזומן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חליפין - החלפת סחורה בסחורה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תשלום באמצעות הטלפון הנייד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כרטיסי אשראי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והבעת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מצב שבו עליית מחירים פוגעת בכוח הקנייה שלכם, ותנו דוגמה אישית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מהם היתרונות והחסרונות של תשלום באמצעות הטלפון בהשוואה למזומן?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כסף נחשב לבעל ערך גם בלי גיבוי בזהב?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למחיר מוצר כשהביקוש עולה וההיצע נשאר קבוע?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שוק לא תחרותי, ואיך הוא משפיע על המחירים?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עולם הכסף והבנקאות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